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14600" cy="5204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204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Coaching Certification Application</w:t>
      </w:r>
    </w:p>
    <w:p>
      <w:r>
        <w:t>Thank you for your interest in training in my Life &amp; Love Transformation Coaching Method through Lessons in Life &amp; Love Coaching, LLC. This application helps me understand your experience, goals, and readiness for certification training.</w:t>
      </w:r>
    </w:p>
    <w:p>
      <w:r>
        <w:t>Type your answers below, or print and complete the form. Email the completed application to RianaMilne@gmail.com. You may also send your answers in the body of an email.</w:t>
      </w:r>
    </w:p>
    <w:p>
      <w:pPr>
        <w:pStyle w:val="Heading1"/>
      </w:pPr>
      <w:r>
        <w:t>Your contact information</w:t>
      </w:r>
    </w:p>
    <w:p>
      <w:r>
        <w:t>Full name: __________________________________________</w:t>
      </w:r>
    </w:p>
    <w:p>
      <w:r>
        <w:t>Email: __________________________________________</w:t>
      </w:r>
    </w:p>
    <w:p>
      <w:r>
        <w:t>Phone: __________________________________________</w:t>
      </w:r>
    </w:p>
    <w:p>
      <w:r>
        <w:t>City state and country: __________________________________________</w:t>
      </w:r>
    </w:p>
    <w:p>
      <w:r>
        <w:t>Time zone: __________________________________________</w:t>
      </w:r>
    </w:p>
    <w:p>
      <w:r>
        <w:t>Age and gender if you wish to share: __________________________________________</w:t>
      </w:r>
    </w:p>
    <w:p>
      <w:pPr>
        <w:pStyle w:val="Heading1"/>
      </w:pPr>
      <w:r>
        <w:t>Your professional background</w:t>
      </w:r>
    </w:p>
    <w:p>
      <w:pPr>
        <w:keepNext/>
      </w:pPr>
      <w:r>
        <w:rPr>
          <w:b/>
        </w:rPr>
        <w:t>1. What is your current profession? Please include your qualifications, relevant credentials, and years of experience.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keepNext/>
      </w:pPr>
      <w:r>
        <w:rPr>
          <w:b/>
        </w:rPr>
        <w:t>2. Have you trained or worked as a coach? Describe your coaching niche and experience.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r>
        <w:br w:type="page"/>
      </w:r>
    </w:p>
    <w:p>
      <w:pPr>
        <w:pStyle w:val="Heading1"/>
      </w:pPr>
      <w:r>
        <w:t>Your training goals and availability</w:t>
      </w:r>
    </w:p>
    <w:p>
      <w:pPr>
        <w:keepNext/>
      </w:pPr>
      <w:r>
        <w:rPr>
          <w:b/>
        </w:rPr>
        <w:t>3. Why do you want to become a coach, and why do you want to train in my Life &amp; Love Transformation Coaching Method?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keepNext/>
      </w:pPr>
      <w:r>
        <w:rPr>
          <w:b/>
        </w:rPr>
        <w:t>4. Have you completed my Dating to Mating Program or another Life &amp; Love Transformation Coaching program? Please identify the program and when you completed it.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keepNext/>
      </w:pPr>
      <w:r>
        <w:rPr>
          <w:b/>
        </w:rPr>
        <w:t>5. When would you be ready to begin? Can you commit to approximately 6 to 12 months of training, depending on your prior experience with my programs?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r>
        <w:t>Training time depends in part on whether you have completed Dating to Mating as a client. For graduates, the estimated training period is approximately 5 to 6 months. We will discuss your individual training path during the interview.</w:t>
      </w:r>
    </w:p>
    <w:p>
      <w:pPr>
        <w:keepNext/>
      </w:pPr>
      <w:r>
        <w:rPr>
          <w:b/>
        </w:rPr>
        <w:t>6. Would you like to coach locally, globally, or both?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keepNext/>
      </w:pPr>
      <w:r>
        <w:rPr>
          <w:b/>
        </w:rPr>
        <w:t>7. Which activities most interest you? List your priorities, such as individual coaching, group coaching, writing a book, podcasting, or becoming an influencer.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r>
        <w:br w:type="page"/>
      </w:r>
    </w:p>
    <w:p>
      <w:pPr>
        <w:pStyle w:val="Heading1"/>
      </w:pPr>
      <w:r>
        <w:t>Your practice and commitment</w:t>
      </w:r>
    </w:p>
    <w:p>
      <w:pPr>
        <w:keepNext/>
      </w:pPr>
      <w:r>
        <w:rPr>
          <w:b/>
        </w:rPr>
        <w:t>8. Do you have an online coaching presence? Share your website or profiles, approximate audience size, and the number of clients you currently serve.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keepNext/>
      </w:pPr>
      <w:r>
        <w:rPr>
          <w:b/>
        </w:rPr>
        <w:t>9. What coaching programs do you offer, and at what prices? What is working, and what challenges are you facing? You may include your annual coaching income if helpful.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keepNext/>
      </w:pPr>
      <w:r>
        <w:rPr>
          <w:b/>
        </w:rPr>
        <w:t>10. What would make you a strong candidate? Describe your commitment to training and how you plan to promote your own coaching practice.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keepNext/>
      </w:pPr>
      <w:r>
        <w:rPr>
          <w:b/>
        </w:rPr>
        <w:t>11. What else would you like me to know? What questions would you like to discuss?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spacing w:after="180"/>
        <w:pBdr>
          <w:bottom w:val="single" w:sz="4" w:color="D9D9D9"/>
        </w:pBdr>
      </w:pPr>
      <w:r>
        <w:rPr>
          <w:sz w:val="24"/>
        </w:rPr>
        <w:t xml:space="preserve"> </w:t>
      </w:r>
    </w:p>
    <w:p>
      <w:pPr>
        <w:pStyle w:val="Heading1"/>
      </w:pPr>
      <w:r>
        <w:t>Next steps</w:t>
      </w:r>
    </w:p>
    <w:p>
      <w:r>
        <w:t>Email your application to RianaMilne@gmail.com with the subject Coaching Certification Application. I will review it and follow up about a possible Zoom interview. Selection is based on fit and available training capacity. Training investment and program details will be discussed if you are considered for the program.</w:t>
      </w:r>
    </w:p>
    <w:p>
      <w:r>
        <w:t>In Light &amp; Love,</w:t>
        <w:br/>
        <w:t>Riana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RianaMilne.com  •  RianaMilne@gmail.com</w:t>
    </w:r>
    <w:r>
      <w:t xml:space="preserve">   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contextualSpacing/>
    </w:pPr>
    <w:rPr>
      <w:rFonts w:ascii="Calibri" w:hAnsi="Calibri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Coaching Certification Application</dc:title>
  <dc:subject/>
  <dc:creator>Riana Milne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