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14600" cy="520478"/>
            <wp:docPr id="1" name="Picture 1"/>
            <wp:cNvGraphicFramePr>
              <a:graphicFrameLocks noChangeAspect="1"/>
            </wp:cNvGraphicFramePr>
            <a:graphic>
              <a:graphicData uri="http://schemas.openxmlformats.org/drawingml/2006/picture">
                <pic:pic>
                  <pic:nvPicPr>
                    <pic:cNvPr id="0" name="image2.png"/>
                    <pic:cNvPicPr/>
                  </pic:nvPicPr>
                  <pic:blipFill>
                    <a:blip r:embed="rId11"/>
                    <a:stretch>
                      <a:fillRect/>
                    </a:stretch>
                  </pic:blipFill>
                  <pic:spPr>
                    <a:xfrm>
                      <a:off x="0" y="0"/>
                      <a:ext cx="2514600" cy="520478"/>
                    </a:xfrm>
                    <a:prstGeom prst="rect"/>
                  </pic:spPr>
                </pic:pic>
              </a:graphicData>
            </a:graphic>
          </wp:inline>
        </w:drawing>
      </w:r>
    </w:p>
    <w:p>
      <w:pPr>
        <w:pStyle w:val="Title"/>
      </w:pPr>
      <w:r>
        <w:t>Coaching Business Mentorship Application</w:t>
      </w:r>
    </w:p>
    <w:p>
      <w:r>
        <w:t>Thank you for your interest in working with me to start or grow your coaching or influencer business. Tell me about your goals and the support you need so we can explore whether mentorship is a good fit.</w:t>
      </w:r>
    </w:p>
    <w:p>
      <w:r>
        <w:t>Type your answers below, or print and complete the form. Email the completed application to RianaMilne@gmail.com. You may also send your answers in the body of an email.</w:t>
      </w:r>
    </w:p>
    <w:p>
      <w:pPr>
        <w:pStyle w:val="Heading1"/>
      </w:pPr>
      <w:r>
        <w:t>Your contact information</w:t>
      </w:r>
    </w:p>
    <w:p>
      <w:r>
        <w:t>Full name: __________________________________________</w:t>
      </w:r>
    </w:p>
    <w:p>
      <w:r>
        <w:t>Email: __________________________________________</w:t>
      </w:r>
    </w:p>
    <w:p>
      <w:r>
        <w:t>Phone: __________________________________________</w:t>
      </w:r>
    </w:p>
    <w:p>
      <w:r>
        <w:t>City state and country: __________________________________________</w:t>
      </w:r>
    </w:p>
    <w:p>
      <w:r>
        <w:t>Time zone: __________________________________________</w:t>
      </w:r>
    </w:p>
    <w:p>
      <w:r>
        <w:t>Age and gender if you wish to share: __________________________________________</w:t>
      </w:r>
    </w:p>
    <w:p>
      <w:pPr>
        <w:pStyle w:val="Heading1"/>
      </w:pPr>
      <w:r>
        <w:t>Your background and direction</w:t>
      </w:r>
    </w:p>
    <w:p>
      <w:pPr>
        <w:keepNext/>
      </w:pPr>
      <w:r>
        <w:rPr>
          <w:b/>
        </w:rPr>
        <w:t>1. What type of coach are you, or would you like to become? Describe your relevant experience, education, and training.</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keepNext/>
      </w:pPr>
      <w:r>
        <w:rPr>
          <w:b/>
        </w:rPr>
        <w:t>2. Why do you want to be a coach? Would you like to work locally, globally, or both?</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r>
        <w:br w:type="page"/>
      </w:r>
    </w:p>
    <w:p>
      <w:pPr>
        <w:pStyle w:val="Heading1"/>
      </w:pPr>
      <w:r>
        <w:t>Your goals and priorities</w:t>
      </w:r>
    </w:p>
    <w:p>
      <w:pPr>
        <w:keepNext/>
      </w:pPr>
      <w:r>
        <w:rPr>
          <w:b/>
        </w:rPr>
        <w:t>3. When are you ready to begin mentorship? What makes this the right time, or what needs to change first?</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keepNext/>
      </w:pPr>
      <w:r>
        <w:rPr>
          <w:b/>
        </w:rPr>
        <w:t>4. What would you like to learn first? List the areas you want to focus on in order of importance.</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keepNext/>
      </w:pPr>
      <w:r>
        <w:rPr>
          <w:b/>
        </w:rPr>
        <w:t>5. What length of mentorship are you considering: 3 months, 6 months, 1 year, or longer?</w:t>
      </w:r>
    </w:p>
    <w:p>
      <w:pPr>
        <w:spacing w:after="180"/>
        <w:pBdr>
          <w:bottom w:val="single" w:sz="4" w:color="D9D9D9"/>
        </w:pBdr>
      </w:pPr>
      <w:r>
        <w:rPr>
          <w:sz w:val="24"/>
        </w:rPr>
        <w:t xml:space="preserve"> </w:t>
      </w:r>
    </w:p>
    <w:p>
      <w:pPr>
        <w:keepNext/>
      </w:pPr>
      <w:r>
        <w:rPr>
          <w:b/>
        </w:rPr>
        <w:t>6. What coaching programs, website, calls to action, or marketing do you already have? Share relevant links and describe how these are working for you.</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keepNext/>
      </w:pPr>
      <w:r>
        <w:rPr>
          <w:b/>
        </w:rPr>
        <w:t>7. If you currently coach, what programs do you offer, and what are your prices?</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r>
        <w:br w:type="page"/>
      </w:r>
    </w:p>
    <w:p>
      <w:pPr>
        <w:pStyle w:val="Heading1"/>
      </w:pPr>
      <w:r>
        <w:t>Your audience and readiness</w:t>
      </w:r>
    </w:p>
    <w:p>
      <w:pPr>
        <w:keepNext/>
      </w:pPr>
      <w:r>
        <w:rPr>
          <w:b/>
        </w:rPr>
        <w:t>8. Are you also interested in becoming an influencer? What would you like to share, and why?</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keepNext/>
      </w:pPr>
      <w:r>
        <w:rPr>
          <w:b/>
        </w:rPr>
        <w:t>9. Where do you have followers, subscribers, or an email audience? Please include approximate audience sizes.</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keepNext/>
      </w:pPr>
      <w:r>
        <w:rPr>
          <w:b/>
        </w:rPr>
        <w:t>10. Why are you considering me as your mentor?</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keepNext/>
      </w:pPr>
      <w:r>
        <w:rPr>
          <w:b/>
        </w:rPr>
        <w:t>11. What time and resources can you devote to learning and taking action? What support do you have as you grow your business?</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keepNext/>
      </w:pPr>
      <w:r>
        <w:rPr>
          <w:b/>
        </w:rPr>
        <w:t>12. What else would you like me to know? What questions do you have?</w:t>
      </w:r>
    </w:p>
    <w:p>
      <w:pPr>
        <w:spacing w:after="180"/>
        <w:pBdr>
          <w:bottom w:val="single" w:sz="4" w:color="D9D9D9"/>
        </w:pBdr>
      </w:pPr>
      <w:r>
        <w:rPr>
          <w:sz w:val="24"/>
        </w:rPr>
        <w:t xml:space="preserve"> </w:t>
      </w:r>
    </w:p>
    <w:p>
      <w:pPr>
        <w:spacing w:after="180"/>
        <w:pBdr>
          <w:bottom w:val="single" w:sz="4" w:color="D9D9D9"/>
        </w:pBdr>
      </w:pPr>
      <w:r>
        <w:rPr>
          <w:sz w:val="24"/>
        </w:rPr>
        <w:t xml:space="preserve"> </w:t>
      </w:r>
    </w:p>
    <w:p>
      <w:pPr>
        <w:pStyle w:val="Heading1"/>
      </w:pPr>
      <w:r>
        <w:t>Next steps</w:t>
      </w:r>
    </w:p>
    <w:p>
      <w:r>
        <w:t>Email your application to RianaMilne@gmail.com with the subject Coaching Business Mentorship Application. I will review your goals and follow up about a possible one hour Zoom coaching planning consultation. Meetings are offered based on fit and availability.</w:t>
      </w:r>
    </w:p>
    <w:p>
      <w:r>
        <w:t>In Light &amp; Love,</w:t>
        <w:br/>
        <w:t>Riana</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RianaMilne.com  •  RianaMilne@gmail.com</w:t>
    </w:r>
    <w:r>
      <w:t xml:space="preserve">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Calibri" w:hAnsi="Calibri"/>
      <w:color w:val="000000"/>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Coaching Business Mentorship Application</dc:title>
  <dc:subject/>
  <dc:creator>Riana Milne</dc:creator>
  <cp:keywords/>
  <dc:description>generated by python-docx</dc:description>
  <cp:lastModifiedBy/>
  <cp:revision>1</cp:revision>
  <dcterms:created xsi:type="dcterms:W3CDTF">2013-12-23T23:15:00Z</dcterms:created>
  <dcterms:modified xsi:type="dcterms:W3CDTF">2013-12-23T23:15:00Z</dcterms:modified>
  <cp:category/>
</cp:coreProperties>
</file>